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 w:before="0"/>
        <w:jc w:val="right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s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right"/>
      </w:pPr>
      <w:r>
        <w:rPr>
          <w:rFonts w:ascii="Arial" w:hAnsi="Arial" w:cs="Arial"/>
          <w:b/>
          <w:color w:val="1F8A3B"/>
          <w:sz w:val="24"/>
          <w:u w:val="none"/>
          <w:rtl/>
          <w:bCs/>
          <w:szCs w:val="24"/>
        </w:rPr>
        <w:t>מהדורה למורה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1F8A3B"/>
          <w:sz w:val="44"/>
          <w:u w:val="none"/>
          <w:rtl/>
          <w:bCs/>
          <w:szCs w:val="44"/>
        </w:rPr>
        <w:t>⚽ מגרש של עובדות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כדורגל – טקסט מידעי + משימות ב־3 רמות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6f6e9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כיתות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כיתות ב׳–ו׳</w:t>
            </w:r>
          </w:p>
        </w:tc>
      </w:tr>
      <w:tr>
        <w:tc>
          <w:tcPr>
            <w:tcW w:type="dxa" w:w="5103"/>
            <w:shd w:val="clear" w:color="auto" w:fill="e6f6e9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סוג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טקסט מידעי</w:t>
            </w:r>
          </w:p>
        </w:tc>
      </w:tr>
      <w:tr>
        <w:tc>
          <w:tcPr>
            <w:tcW w:type="dxa" w:w="5103"/>
            <w:shd w:val="clear" w:color="auto" w:fill="e6f6e9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רמות בחוברת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רמה רגילה (כיתות ד׳–ה׳) | רמה מתקדמת (כיתות ה׳–ו׳) | רמה מותאמת – עולים וחנ״מ (כיתות ב׳–ג׳ · עולים · חנ״מ)</w:t>
            </w:r>
          </w:p>
        </w:tc>
      </w:tr>
      <w:tr>
        <w:tc>
          <w:tcPr>
            <w:tcW w:type="dxa" w:w="5103"/>
            <w:shd w:val="clear" w:color="auto" w:fill="e6f6e9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מטרות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איתור מידע גלוי בטקסט מידעי • הבנת מילים מתוך הקשר • הבחנה בין עובדה לדעה • כתיבת תשובה מנומקת</w:t>
            </w:r>
          </w:p>
        </w:tc>
      </w:tr>
      <w:tr>
        <w:tc>
          <w:tcPr>
            <w:tcW w:type="dxa" w:w="5103"/>
            <w:shd w:val="clear" w:color="auto" w:fill="e6f6e9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מיומנויות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איתור • פרשנות • הערכה • כתיבה</w:t>
            </w:r>
          </w:p>
        </w:tc>
      </w:tr>
    </w:tbl>
    <w:p>
      <w:pPr>
        <w:bidi/>
        <w:spacing w:after="60" w:before="0"/>
        <w:jc w:val="right"/>
      </w:pPr>
      <w:r>
        <w:rPr>
          <w:rFonts w:ascii="Arial" w:hAnsi="Arial" w:cs="Arial"/>
          <w:b/>
          <w:color w:val="1F8A3B"/>
          <w:sz w:val="30"/>
          <w:u w:val="none"/>
          <w:rtl/>
          <w:bCs/>
          <w:szCs w:val="30"/>
        </w:rPr>
        <w:t>מהלך מוצע (45 דקות)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6f6e9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פתיחה (5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שאלו: "מה אתם כבר יודעים על כדורגל?" – רשמו על הלוח שלוש עובדות ושלוש שאלות.</w:t>
            </w:r>
          </w:p>
        </w:tc>
      </w:tr>
      <w:tr>
        <w:tc>
          <w:tcPr>
            <w:tcW w:type="dxa" w:w="5103"/>
            <w:shd w:val="clear" w:color="auto" w:fill="e6f6e9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קריאה (10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קריאה שקטה, ואחריה קריאה בקול לפי פסקאות. סמנו מילים חדשות.</w:t>
            </w:r>
          </w:p>
        </w:tc>
      </w:tr>
      <w:tr>
        <w:tc>
          <w:tcPr>
            <w:tcW w:type="dxa" w:w="5103"/>
            <w:shd w:val="clear" w:color="auto" w:fill="e6f6e9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חלקים א׳–ב׳ (15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עבודה עצמית או בזוגות.</w:t>
            </w:r>
          </w:p>
        </w:tc>
      </w:tr>
      <w:tr>
        <w:tc>
          <w:tcPr>
            <w:tcW w:type="dxa" w:w="5103"/>
            <w:shd w:val="clear" w:color="auto" w:fill="e6f6e9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חלק ג׳ (10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דיון במקרה של נועם ושל רגע הפנדל + כתיבה.</w:t>
            </w:r>
          </w:p>
        </w:tc>
      </w:tr>
      <w:tr>
        <w:tc>
          <w:tcPr>
            <w:tcW w:type="dxa" w:w="5103"/>
            <w:shd w:val="clear" w:color="auto" w:fill="e6f6e9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סיום (5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כרטיס יציאה.</w:t>
            </w:r>
          </w:p>
        </w:tc>
      </w:tr>
    </w:tbl>
    <w:p>
      <w:pPr>
        <w:bidi/>
        <w:spacing w:after="60" w:before="0"/>
        <w:jc w:val="right"/>
      </w:pPr>
      <w:r>
        <w:rPr>
          <w:rFonts w:ascii="Arial" w:hAnsi="Arial" w:cs="Arial"/>
          <w:b/>
          <w:color w:val="1F8A3B"/>
          <w:sz w:val="30"/>
          <w:u w:val="none"/>
          <w:rtl/>
          <w:bCs/>
          <w:szCs w:val="30"/>
        </w:rPr>
        <w:t>✅ מפתח תשובות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1F8A3B"/>
          <w:sz w:val="26"/>
          <w:u w:val="none"/>
          <w:rtl/>
          <w:bCs/>
          <w:szCs w:val="26"/>
        </w:rPr>
        <w:t>רמה רגילה · כיתות ד׳–ה׳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1.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11 שחקנים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2.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השחקן חייב לצאת מהמשחק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3.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1. לא נכון (נכתבו באנגליה ב־1863); 2. נכון; 3. לא נכון (רק לשוער); 4. נכון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4.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כדי שכל השחקנים יבינו את ההחלטה, גם אם הם מדברים שפות שונות (פסקה 4).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5.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אצטדיון ← מגרש גדול עם מקומות ישיבה לקהל; מחצית ← חצי מהמשחק; יריב ← מי שמתחרה נגדנו; רחבה ← האזור שליד השער; להתגאות ← להרגיש ולהראות שאני יותר טוב מאחרים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6.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אזהרה; כושר; לכבד; שיתוף פעולה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7.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צריך גם ראש: לחשוב, לשתף פעולה ולהתמודד עם לחץ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8.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ע׳, ד׳, ע׳, ד׳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9.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תשובה אישית. תשובה מיטבית מתייחסת לרוח הספורט (פסקה 6) – כבוד ליריב ולשופט, יושר – ומסבירה את הבחירה.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10.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תשובה אישית, למשל: "התאמנתי, אני יכול/ה". אפשר להשתמש לפני מבחן, הופעה, ריב או משחק חשוב.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11.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תשובה אישית – לבדוק התאמה לשאלה ולטקסט.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1F8A3B"/>
          <w:sz w:val="26"/>
          <w:u w:val="none"/>
          <w:rtl/>
          <w:bCs/>
          <w:szCs w:val="26"/>
        </w:rPr>
        <w:t>רמה מתקדמת · כיתות ה׳–ו׳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1.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למשל: 2 – ההיסטוריה של הכדורגל; 4 – השופט והכרטיסים; 6 – רוח הספורט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2.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צריך לחשוב מהר, לשתף פעולה ולהתמודד עם לחץ (פסקה 5); רוח הספורט – כבוד ליריבים ולשופט (פסקה 6).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3.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למסור מידע על כדורגל ועל הערכים שבו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4.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תשובה אישית לפי המשחק שנבחר; בכדורגל משחקים ברגליים (לשוער מותר ידיים ברחבה) ומנצחים לפי מספר השערים.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5.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מאוזן: 2. אדום, 4. יריב | מאונך: 1. שופט, 2. אנגליה, 3. מחצית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6.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השתמש; ישתמש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7.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תשובה אישית. תשובה מיטבית כוללת טענה ברורה, שני נימוקים, מילות קישור ומשפט סיכום.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8.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תשובה אישית – לבדוק התאמה לשאלה ולטקסט.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1F8A3B"/>
          <w:sz w:val="26"/>
          <w:u w:val="none"/>
          <w:rtl/>
          <w:bCs/>
          <w:szCs w:val="26"/>
        </w:rPr>
        <w:t>רמה מותאמת – עולים וחנ״מ · כיתות ב׳–ג׳ · עולים · חנ״מ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1.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11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2.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השוער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3.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1. נכון; 2. נכון; 3. לא נכון (עובדים יחד)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4.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כדור; שער; יחד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5.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תשובה אישית – לבדוק התאמה לשאלה ולטקסט.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6.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המילים: כדור, שער, שוער, שופט, קבוצה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1F8A3B"/>
          <w:sz w:val="30"/>
          <w:u w:val="none"/>
          <w:rtl/>
          <w:bCs/>
          <w:szCs w:val="30"/>
        </w:rPr>
        <w:t>💡 טיפים להוראה ולהתאמה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בשאלה 9 הדגישו: עובדה אפשר לבדוק, דעה היא מה שמישהו חושב.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קשרו לעש״ן ד״ק: עצור, שרירים, נשימה, דיבור עצמי מרגיע, קדימה – כלי שאפשר להשתמש בו גם לפני מבחן.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הרחבה: התלמידים כותבים "הידעת?" משלהם על ענף ספורט אחר.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שלוש רמות בחוברת: רגילה, מתקדמת (תשבץ + כתיבה טיעונית) ומותאמת עם ניקוד (תפזורת + כרטיסי תמונה).</w:t>
      </w:r>
    </w:p>
    <w:p>
      <w:r>
        <w:br w:type="page"/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1F8A3B"/>
          <w:sz w:val="22"/>
          <w:u w:val="none"/>
          <w:rtl/>
          <w:bCs/>
          <w:szCs w:val="22"/>
        </w:rPr>
        <w:t>רמה רגילה</w:t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1F8A3B"/>
          <w:sz w:val="48"/>
          <w:u w:val="none"/>
          <w:rtl/>
          <w:bCs/>
          <w:szCs w:val="48"/>
        </w:rPr>
        <w:t>⚽ מגרש של עובדות</w:t>
      </w:r>
    </w:p>
    <w:p>
      <w:pPr>
        <w:bidi/>
        <w:spacing w:after="40" w:before="0"/>
        <w:jc w:val="center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כדורגל – טקסט מידעי + משימות ב־3 רמות</w:t>
      </w:r>
    </w:p>
    <w:p>
      <w:pPr>
        <w:bidi/>
        <w:spacing w:after="160" w:before="0"/>
        <w:jc w:val="center"/>
      </w:pPr>
      <w:r>
        <w:rPr>
          <w:rFonts w:ascii="Arial" w:hAnsi="Arial" w:cs="Arial"/>
          <w:b/>
          <w:color w:val="1F8A3B"/>
          <w:sz w:val="22"/>
          <w:u w:val="none"/>
          <w:rtl/>
          <w:bCs/>
          <w:szCs w:val="22"/>
        </w:rPr>
        <w:t>כיתות ד׳–ה׳</w:t>
      </w:r>
    </w:p>
    <w:p>
      <w:pPr>
        <w:bidi/>
        <w:spacing w:after="20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שם: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 xml:space="preserve">__   כיתה: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_   תאריך: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6f6e9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1F8A3B"/>
                <w:sz w:val="30"/>
                <w:u w:val="none"/>
                <w:rtl/>
                <w:bCs/>
                <w:szCs w:val="30"/>
              </w:rPr>
              <w:t>חלק א׳ – קוראים ומבינים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קראו את הטקסט בעיון. סמנו במרקר מילים שאינכם מכירים.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1F8A3B"/>
          <w:sz w:val="32"/>
          <w:u w:val="none"/>
          <w:rtl/>
          <w:bCs/>
          <w:szCs w:val="32"/>
        </w:rPr>
        <w:t>⚽ כדורגל – המשחק שכולם מבינים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(1) כדורגל הוא אחד מענפי הספורט האהובים בעולם. משחקים בו בחצר בית הספר, ברחוב, על חוף הים ובאצטדיונים ענקיים. מאות מיליוני אנשים בכל העולם משחקים כדורגל, ועוד רבים יותר צופים בו.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(2) משחקי כדור ברגליים היו קיימים כבר לפני אלפי שנים. למשל, בסין העתיקה שיחקו משחק שבו בעטו כדור עשוי עור לתוך רשת. אבל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חוקי הכדורגל של היום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נכתבו באנגליה בשנת 1863, ומאז הם התפשטו לכל העולם.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(3) בכל קבוצה יש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11 שחקנים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על המגרש. רק לשוער מותר לגעת בכדור בידיים, וגם זה רק ברחבה שלו. משחק רגיל נמשך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90 דקות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>: שתי מחציות של 45 דקות, ובאמצע הפסקה של רבע שעה.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(4) השופט אחראי לכך שכולם ישמרו על החוקים. מאז שנת 1970 הוא משתמש בכרטיסים: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כרטיס צהוב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הוא אזהרה, ו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כרטיס אדום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פירושו שהשחקן חייב לצאת מהמשחק. כך כל השחקנים מבינים את ההחלטה, גם אם הם מדברים שפות שונות.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(5) כדורגל דורש כושר גופני רב. במשחק אחד שחקן רץ בממוצע כ־10 קילומטרים! אבל כדורגל הוא לא רק רגליים: צריך גם לחשוב מהר, לשתף פעולה ולהתמודד עם לחץ. שחקנים רבים אומרים שהרגע הקשה ביותר הוא בעיטת פנדל, כשכל העיניים מסתכלות עליהם.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(6) הדבר החשוב ביותר בכדורגל הוא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רוח הספורט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>: לכבד את היריבים, את השופט ואת חברי הקבוצה, לנצח בלי להתגאות ולהפסיד בלי לכעוס. כדורגל מלמד אותנו שקבוצה מנצחת היא קבוצה שעובדת יחד.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1.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כמה שחקנים יש לכל קבוצה על המגרש?  [איתור]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  (1)  9 שחקנים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  (2)  10 שחקנים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  (3)  11 שחקנים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  (4)  12 שחקנים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2.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מה פירוש הכרטיס האדום?  [איתור]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  (1)  השחקן קיבל אזהרה ראשונה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  (2)  השחקן חייב לצאת מהמשחק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  (3)  המשחק נגמר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  (4)  הקבוצה קיבלה פנדל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3.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סמנו ✓ ליד משפט נכון ו־✗ ליד משפט לא נכון. תקנו את המשפטים הלא נכונים.  [הבנה]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6f6e9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המשפט</w:t>
            </w:r>
          </w:p>
        </w:tc>
        <w:tc>
          <w:tcPr>
            <w:tcW w:type="dxa" w:w="5103"/>
            <w:shd w:val="clear" w:color="auto" w:fill="e6f6e9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נכון / לא נכון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חוקי הכדורגל של היום נכתבו בסין העתיקה.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✓ / ✗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משחק רגיל נמשך 90 דקות.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✓ / ✗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כל שחקן מותר לו לגעת בכדור בידיים ברחבה.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✓ / ✗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שחקן רץ במשחק בממוצע כ־10 ק״מ.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✓ / ✗</w:t>
            </w:r>
          </w:p>
        </w:tc>
      </w:tr>
    </w:tbl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4.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למה, לפי הטקסט, השופט משתמש דווקא בכרטיסים צבעוניים? הסבירו במילים שלכם.  [פרשנות]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6f6e9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1F8A3B"/>
                <w:sz w:val="30"/>
                <w:u w:val="none"/>
                <w:rtl/>
                <w:bCs/>
                <w:szCs w:val="30"/>
              </w:rPr>
              <w:t>חלק ב׳ – מילים ולשון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מילים מהטקסט – בואו נכיר אותן לעומק.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5.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התאימו בין המילה לפירוש שלה. כתבו את המספר בסוגריים.  [אוצר מילים]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1. אצטדיון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(   ) חצי מהמשחק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2. מחצית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(   ) מי שמתחרה נגדנו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3. יריב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(   ) להרגיש ולהראות שאני יותר טוב מאחרים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4. רחבה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(   ) האזור שליד השער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5. להתגאות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(   ) מגרש גדול עם מקומות ישיבה לקהל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6.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השלימו את המשפטים בעזרת מחסן המילים.  [לשון]</w:t>
      </w:r>
    </w:p>
    <w:p>
      <w:pPr>
        <w:bidi/>
        <w:spacing w:after="80" w:before="0"/>
        <w:jc w:val="right"/>
      </w:pPr>
      <w:r>
        <w:rPr>
          <w:rFonts w:ascii="Arial" w:hAnsi="Arial" w:cs="Arial"/>
          <w:b/>
          <w:color w:val="1F8A3B"/>
          <w:sz w:val="22"/>
          <w:u w:val="none"/>
          <w:rtl/>
          <w:bCs/>
          <w:szCs w:val="22"/>
        </w:rPr>
        <w:t>🔤 מחסן מילים:  שיתוף פעולה   |   אזהרה   |   כושר   |   לכבד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הכרטיס הצהוב הוא 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לשחקן.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כדי לרוץ 10 ק״מ במשחק צריך 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גופני טוב.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רוח הספורט פירושה 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את היריבים ואת השופט.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קבוצה מנצחת צריכה 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בין כל השחקנים.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7.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בפסקה 5 כתוב: "כדורגל הוא לא רק רגליים". מה הכוונה?  [פרשנות]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  (1)  משחקים כדורגל גם בידיים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  (2)  צריך גם ראש: לחשוב, לשתף פעולה ולהתמודד עם לחץ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  (3)  השוער הוא השחקן החשוב ביותר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  (4)  רגליים לא חשובות בכדורגל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8.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עובדה או דעה? כתבו ע׳ ליד עובדה ו־ד׳ ליד דעה.  [הערכה]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6f6e9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המשפט</w:t>
            </w:r>
          </w:p>
        </w:tc>
        <w:tc>
          <w:tcPr>
            <w:tcW w:type="dxa" w:w="5103"/>
            <w:shd w:val="clear" w:color="auto" w:fill="e6f6e9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ע׳ / ד׳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משחק רגיל נמשך 90 דקות.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כדורגל הוא הספורט הכי כיפי שיש.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לשוער מותר לגעת בכדור בידיים ברחבה.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בעיטת פנדל היא הרגע הכי מרגש במשחק.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6f6e9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1F8A3B"/>
                <w:sz w:val="30"/>
                <w:u w:val="none"/>
                <w:rtl/>
                <w:bCs/>
                <w:szCs w:val="30"/>
              </w:rPr>
              <w:t>חלק ג׳ – חושבים, מרגישים וכותבים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כאן אין תשובה אחת נכונה – חשוב לנמק.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4F4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B3262B"/>
                <w:sz w:val="25"/>
                <w:u w:val="none"/>
                <w:rtl/>
                <w:bCs/>
                <w:szCs w:val="25"/>
              </w:rPr>
              <w:t>📋 תיבת מקרה: הגול שלא היה</w:t>
            </w:r>
          </w:p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 xml:space="preserve">במשחק בהפסקה, נועם בעט והכדור עבר </w:t>
            </w: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ליד</w:t>
            </w: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 xml:space="preserve"> העמוד – לא בתוך השער. חבריו לקבוצה צעקו "גול!", והשופט (ילד מכיתה ה׳) לא ראה טוב.</w:t>
            </w:r>
          </w:p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רק נועם יודע בוודאות שזה לא היה גול. הקבוצה שלו מפסידה 2:1.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9.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מה הייתם עושים במקומו של נועם? נמקו בעזרת מה שלמדתם על רוח הספורט.  [ערכים]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DF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1F8A3B"/>
                <w:sz w:val="25"/>
                <w:u w:val="none"/>
                <w:rtl/>
                <w:bCs/>
                <w:szCs w:val="25"/>
              </w:rPr>
              <w:t>🧘 רגע לפני הפנדל – עש״ן ד״ק</w:t>
            </w:r>
          </w:p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ע</w:t>
            </w: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 xml:space="preserve">צור – עוצרים את המחשבות שרצות. </w:t>
            </w: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ש</w:t>
            </w: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 xml:space="preserve">רירים – מכווצים אגרופים ומשחררים. </w:t>
            </w: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נ</w:t>
            </w: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שימה – נשימה איטית אחת או שתיים.</w:t>
            </w:r>
          </w:p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ד</w:t>
            </w: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 xml:space="preserve">יבור עצמי מרגיע – "אני יכול/ה, התאמנתי". </w:t>
            </w: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ק</w:t>
            </w: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דימה – בועטים!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10.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אתם עומדים לבעוט פנדל וכולם מסתכלים. איזה משפט של "דיבור עצמי מרגיע" תגידו לעצמכם? ומתי עוד אפשר להשתמש בעש״ן ד״ק?  [חוסן]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11.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כתבו "הידעת?" משלכם: עובדה אחת מעניינת על כדורגל או על ענף ספורט אחר שאתם אוהבים (אפשר לבדוק בספר או באתר אמין).  [כתיבה]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color w:val="555555"/>
                <w:sz w:val="20"/>
                <w:u w:val="none"/>
                <w:rtl/>
                <w:szCs w:val="20"/>
              </w:rPr>
              <w:t>✂ - - - - - - - - - - - - - - - - - - - - - - - - - - - - - - -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1F8A3B"/>
                <w:sz w:val="28"/>
                <w:u w:val="none"/>
                <w:rtl/>
                <w:bCs/>
                <w:szCs w:val="28"/>
              </w:rPr>
              <w:t>כרטיס יציאה ⚽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עובדה אחת חדשה שלמדתי על כדורגל: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מה זה "רוח הספורט" במשפט אחד: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איך הרגשתי בשיעור? 😀 🙂 😐 😕 (הקיפו)</w:t>
            </w:r>
          </w:p>
        </w:tc>
      </w:tr>
    </w:tbl>
    <w:p>
      <w:pPr>
        <w:bidi/>
        <w:spacing w:after="80" w:before="0"/>
        <w:jc w:val="right"/>
      </w:pPr>
    </w:p>
    <w:p>
      <w:r>
        <w:br w:type="page"/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1F8A3B"/>
          <w:sz w:val="22"/>
          <w:u w:val="none"/>
          <w:rtl/>
          <w:bCs/>
          <w:szCs w:val="22"/>
        </w:rPr>
        <w:t>רמה מתקדמת</w:t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1F8A3B"/>
          <w:sz w:val="48"/>
          <w:u w:val="none"/>
          <w:rtl/>
          <w:bCs/>
          <w:szCs w:val="48"/>
        </w:rPr>
        <w:t>⚽ מגרש של עובדות</w:t>
      </w:r>
    </w:p>
    <w:p>
      <w:pPr>
        <w:bidi/>
        <w:spacing w:after="40" w:before="0"/>
        <w:jc w:val="center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טקסט מידעי, תשבץ וכתיבה טיעונית</w:t>
      </w:r>
    </w:p>
    <w:p>
      <w:pPr>
        <w:bidi/>
        <w:spacing w:after="160" w:before="0"/>
        <w:jc w:val="center"/>
      </w:pPr>
      <w:r>
        <w:rPr>
          <w:rFonts w:ascii="Arial" w:hAnsi="Arial" w:cs="Arial"/>
          <w:b/>
          <w:color w:val="1F8A3B"/>
          <w:sz w:val="22"/>
          <w:u w:val="none"/>
          <w:rtl/>
          <w:bCs/>
          <w:szCs w:val="22"/>
        </w:rPr>
        <w:t>כיתות ה׳–ו׳</w:t>
      </w:r>
    </w:p>
    <w:p>
      <w:pPr>
        <w:bidi/>
        <w:spacing w:after="20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שם: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 xml:space="preserve">__   כיתה: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_   תאריך: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6f6e9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1F8A3B"/>
                <w:sz w:val="30"/>
                <w:u w:val="none"/>
                <w:rtl/>
                <w:bCs/>
                <w:szCs w:val="30"/>
              </w:rPr>
              <w:t>חלק א׳ – קריאה מעמיקה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קראו את הטקסט וכתבו בשוליים כותרת קצרה לכל פסקה.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1F8A3B"/>
          <w:sz w:val="32"/>
          <w:u w:val="none"/>
          <w:rtl/>
          <w:bCs/>
          <w:szCs w:val="32"/>
        </w:rPr>
        <w:t>⚽ כדורגל – המשחק שכולם מבינים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(1) כדורגל הוא אחד מענפי הספורט האהובים בעולם. משחקים בו בחצר בית הספר, ברחוב, על חוף הים ובאצטדיונים ענקיים. מאות מיליוני אנשים בכל העולם משחקים כדורגל, ועוד רבים יותר צופים בו.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(2) משחקי כדור ברגליים היו קיימים כבר לפני אלפי שנים. למשל, בסין העתיקה שיחקו משחק שבו בעטו כדור עשוי עור לתוך רשת. אבל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חוקי הכדורגל של היום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נכתבו באנגליה בשנת 1863, ומאז הם התפשטו לכל העולם.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(3) בכל קבוצה יש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11 שחקנים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על המגרש. רק לשוער מותר לגעת בכדור בידיים, וגם זה רק ברחבה שלו. משחק רגיל נמשך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90 דקות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>: שתי מחציות של 45 דקות, ובאמצע הפסקה של רבע שעה.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(4) השופט אחראי לכך שכולם ישמרו על החוקים. מאז שנת 1970 הוא משתמש בכרטיסים: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כרטיס צהוב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הוא אזהרה, ו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כרטיס אדום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פירושו שהשחקן חייב לצאת מהמשחק. כך כל השחקנים מבינים את ההחלטה, גם אם הם מדברים שפות שונות.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(5) כדורגל דורש כושר גופני רב. במשחק אחד שחקן רץ בממוצע כ־10 קילומטרים! אבל כדורגל הוא לא רק רגליים: צריך גם לחשוב מהר, לשתף פעולה ולהתמודד עם לחץ. שחקנים רבים אומרים שהרגע הקשה ביותר הוא בעיטת פנדל, כשכל העיניים מסתכלות עליהם.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(6) הדבר החשוב ביותר בכדורגל הוא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רוח הספורט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>: לכבד את היריבים, את השופט ואת חברי הקבוצה, לנצח בלי להתגאות ולהפסיד בלי לכעוס. כדורגל מלמד אותנו שקבוצה מנצחת היא קבוצה שעובדת יחד.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1.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כתבו כותרת קצרה לפסקאות 2, 4 ו־6.  [ארגון מידע]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6f6e9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פסקה</w:t>
            </w:r>
          </w:p>
        </w:tc>
        <w:tc>
          <w:tcPr>
            <w:tcW w:type="dxa" w:w="5103"/>
            <w:shd w:val="clear" w:color="auto" w:fill="e6f6e9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הכותרת שלי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2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4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6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2.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הכותב טוען ש"כדורגל הוא לא רק רגליים". הביאו שתי ראיות מהטקסט שתומכות בטענה.  [ביסוס]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3.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מה מטרת הטקסט?  [מטרת הטקסט]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  (1)  לשכנע ילדים להצטרף לקבוצת כדורגל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  (2)  למסור מידע על כדורגל ועל הערכים שבו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  (3)  לספר סיפור על משחק מסוים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  (4)  ללמד איך בועטים פנדל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4.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השוו: במה דומה ובמה שונה כדורגל ממשחק כדור שאתם מכירים (כדורסל, כדורעף, מחניים)?  [השוואה]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e6f6e9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3402"/>
            <w:shd w:val="clear" w:color="auto" w:fill="e6f6e9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כדורגל</w:t>
            </w:r>
          </w:p>
        </w:tc>
        <w:tc>
          <w:tcPr>
            <w:tcW w:type="dxa" w:w="3402"/>
            <w:shd w:val="clear" w:color="auto" w:fill="e6f6e9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המשחק שבחרתי: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מספר שחקנים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11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במה משחקים (ידיים/רגליים)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איך מנצחים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6f6e9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1F8A3B"/>
                <w:sz w:val="30"/>
                <w:u w:val="none"/>
                <w:rtl/>
                <w:bCs/>
                <w:szCs w:val="30"/>
              </w:rPr>
              <w:t>חלק ב׳ – תשבץ ולשון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פתרו את התשבץ בעזרת מילים מהטקסט.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5.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פתרו את התשבץ.  [אוצר מילים]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701"/>
        <w:gridCol w:w="1701"/>
        <w:gridCol w:w="1701"/>
        <w:gridCol w:w="1701"/>
        <w:gridCol w:w="1701"/>
        <w:gridCol w:w="1701"/>
      </w:tblGrid>
      <w:tr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14"/>
                <w:u w:val="none"/>
                <w:rtl/>
                <w:szCs w:val="14"/>
              </w:rPr>
              <w:t>1</w:t>
            </w:r>
          </w:p>
        </w:tc>
        <w:tc>
          <w:tcPr>
            <w:tcW w:type="dxa" w:w="1701"/>
            <w:shd w:val="clear" w:color="auto" w:fill="333333"/>
          </w:tcPr>
          <w:p/>
        </w:tc>
      </w:tr>
      <w:tr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14"/>
                <w:u w:val="none"/>
                <w:rtl/>
                <w:szCs w:val="14"/>
              </w:rPr>
              <w:t>2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</w:p>
        </w:tc>
      </w:tr>
      <w:tr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14"/>
                <w:u w:val="none"/>
                <w:rtl/>
                <w:szCs w:val="14"/>
              </w:rPr>
              <w:t>3</w:t>
            </w:r>
          </w:p>
        </w:tc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701"/>
            <w:shd w:val="clear" w:color="auto" w:fill="333333"/>
          </w:tcPr>
          <w:p/>
        </w:tc>
      </w:tr>
      <w:tr>
        <w:tc>
          <w:tcPr>
            <w:tcW w:type="dxa" w:w="1701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701"/>
            <w:shd w:val="clear" w:color="auto" w:fill="333333"/>
          </w:tcPr>
          <w:p/>
        </w:tc>
      </w:tr>
      <w:tr>
        <w:tc>
          <w:tcPr>
            <w:tcW w:type="dxa" w:w="1701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  <w:shd w:val="clear" w:color="auto" w:fill="333333"/>
          </w:tcPr>
          <w:p/>
        </w:tc>
      </w:tr>
      <w:tr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14"/>
                <w:u w:val="none"/>
                <w:rtl/>
                <w:szCs w:val="14"/>
              </w:rPr>
              <w:t>4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  <w:shd w:val="clear" w:color="auto" w:fill="333333"/>
          </w:tcPr>
          <w:p/>
        </w:tc>
      </w:tr>
      <w:tr>
        <w:tc>
          <w:tcPr>
            <w:tcW w:type="dxa" w:w="1701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  <w:shd w:val="clear" w:color="auto" w:fill="333333"/>
          </w:tcPr>
          <w:p/>
        </w:tc>
      </w:tr>
    </w:tbl>
    <w:p>
      <w:pPr>
        <w:bidi/>
        <w:spacing w:after="80" w:before="0"/>
        <w:jc w:val="right"/>
      </w:pP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1F8A3B"/>
          <w:sz w:val="24"/>
          <w:u w:val="none"/>
          <w:rtl/>
          <w:bCs/>
          <w:szCs w:val="24"/>
        </w:rPr>
        <w:t>מאוזן ←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2. צבע הכרטיס שמוציא שחקן מהמשחק (4)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4. מי שמתחרה נגדנו (4)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1F8A3B"/>
          <w:sz w:val="24"/>
          <w:u w:val="none"/>
          <w:rtl/>
          <w:bCs/>
          <w:szCs w:val="24"/>
        </w:rPr>
        <w:t>מאונך ↓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1. אחראי לשמירה על החוקים (4)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2. המדינה שבה נכתבו החוקים ב־1863 (6)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3. חצי מהמשחק (5)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6.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במשפט "השופט משתמש בכרטיסים" – מצאו את הפועל, ונטו אותו בעבר ובעתיד.  [לשון]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e6f6e9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הווה</w:t>
            </w:r>
          </w:p>
        </w:tc>
        <w:tc>
          <w:tcPr>
            <w:tcW w:type="dxa" w:w="3402"/>
            <w:shd w:val="clear" w:color="auto" w:fill="e6f6e9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עבר</w:t>
            </w:r>
          </w:p>
        </w:tc>
        <w:tc>
          <w:tcPr>
            <w:tcW w:type="dxa" w:w="3402"/>
            <w:shd w:val="clear" w:color="auto" w:fill="e6f6e9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עתיד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משתמש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6f6e9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1F8A3B"/>
                <w:sz w:val="30"/>
                <w:u w:val="none"/>
                <w:rtl/>
                <w:bCs/>
                <w:szCs w:val="30"/>
              </w:rPr>
              <w:t>חלק ג׳ – עמדה וטיעון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כתיבה טיעונית קצרה.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4F4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B3262B"/>
                <w:sz w:val="25"/>
                <w:u w:val="none"/>
                <w:rtl/>
                <w:bCs/>
                <w:szCs w:val="25"/>
              </w:rPr>
              <w:t>📋 תיבת מקרה: מצלמה לשופט?</w:t>
            </w:r>
          </w:p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בליגת בתי הספר מציעים להציב מצלמות ליד השערים, כדי שהשופט יוכל לבדוק החלטות קשות.</w:t>
            </w:r>
          </w:p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יש מי שאומרים: "כך יהיה צודק יותר". ויש מי שאומרים: "זה יעצור את המשחק ויוריד את הכיף".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7.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מה דעתכם? כתבו פסקת טיעון: טענה, שני נימוקים, ומשפט סיכום. השתמשו במילים: לדעתי, ראשית, שנית, לכן.  [כתיבה טיעונית]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DF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1F8A3B"/>
                <w:sz w:val="25"/>
                <w:u w:val="none"/>
                <w:rtl/>
                <w:bCs/>
                <w:szCs w:val="25"/>
              </w:rPr>
              <w:t>🧘 עש״ן ד״ק לפני רגע לחוץ</w:t>
            </w:r>
          </w:p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ע</w:t>
            </w: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 xml:space="preserve">צור · </w:t>
            </w: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ש</w:t>
            </w: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 xml:space="preserve">רירים · </w:t>
            </w: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נ</w:t>
            </w: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 xml:space="preserve">שימה · </w:t>
            </w: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ד</w:t>
            </w: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 xml:space="preserve">יבור עצמי מרגיע · </w:t>
            </w: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ק</w:t>
            </w: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דימה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8.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תארו רגע לחוץ שהייתם בו (במשחק, במבחן, בהופעה). איזה שלב בעש״ן ד״ק היה יכול לעזור לכם, ואיך?  [חוסן]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color w:val="555555"/>
                <w:sz w:val="20"/>
                <w:u w:val="none"/>
                <w:rtl/>
                <w:szCs w:val="20"/>
              </w:rPr>
              <w:t>✂ - - - - - - - - - - - - - - - - - - - - - - - - - - - - - - -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1F8A3B"/>
                <w:sz w:val="28"/>
                <w:u w:val="none"/>
                <w:rtl/>
                <w:bCs/>
                <w:szCs w:val="28"/>
              </w:rPr>
              <w:t>כרטיס יציאה ⚽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הטענה שלי במשפט אחד: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מילה חדשה מהתשבץ: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😀 🙂 😐 😕 (הקיפו)</w:t>
            </w:r>
          </w:p>
        </w:tc>
      </w:tr>
    </w:tbl>
    <w:p>
      <w:pPr>
        <w:bidi/>
        <w:spacing w:after="80" w:before="0"/>
        <w:jc w:val="right"/>
      </w:pPr>
    </w:p>
    <w:p>
      <w:r>
        <w:br w:type="page"/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1F8A3B"/>
          <w:sz w:val="22"/>
          <w:u w:val="none"/>
          <w:rtl/>
          <w:bCs/>
          <w:szCs w:val="22"/>
        </w:rPr>
        <w:t>רמה מותאמת – עולים וחנ״מ</w:t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1F8A3B"/>
          <w:sz w:val="48"/>
          <w:u w:val="none"/>
          <w:rtl/>
          <w:bCs/>
          <w:szCs w:val="48"/>
        </w:rPr>
        <w:t>⚽ כַּדּוּרֶגֶל בַּקְּטַנָּה</w:t>
      </w:r>
    </w:p>
    <w:p>
      <w:pPr>
        <w:bidi/>
        <w:spacing w:after="40" w:before="0"/>
        <w:jc w:val="center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טֵקְסְט קָצָר וְקַל + מְשִׂימוֹת</w:t>
      </w:r>
    </w:p>
    <w:p>
      <w:pPr>
        <w:bidi/>
        <w:spacing w:after="160" w:before="0"/>
        <w:jc w:val="center"/>
      </w:pPr>
      <w:r>
        <w:rPr>
          <w:rFonts w:ascii="Arial" w:hAnsi="Arial" w:cs="Arial"/>
          <w:b/>
          <w:color w:val="1F8A3B"/>
          <w:sz w:val="22"/>
          <w:u w:val="none"/>
          <w:rtl/>
          <w:bCs/>
          <w:szCs w:val="22"/>
        </w:rPr>
        <w:t>כיתות ב׳–ג׳ · עולים · חנ״מ · עם ניקוד</w:t>
      </w:r>
    </w:p>
    <w:p>
      <w:pPr>
        <w:bidi/>
        <w:spacing w:after="20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שֵׁם: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 xml:space="preserve">__   כִּתָּה: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_   תַּאֲרִיךְ: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6f6e9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1F8A3B"/>
                <w:sz w:val="30"/>
                <w:u w:val="none"/>
                <w:rtl/>
                <w:bCs/>
                <w:szCs w:val="30"/>
              </w:rPr>
              <w:t>חֵלֶק א׳ – קוֹרְאִים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קִרְאוּ אֶת הַטֵּקְסְט.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1F8A3B"/>
          <w:sz w:val="32"/>
          <w:u w:val="none"/>
          <w:rtl/>
          <w:bCs/>
          <w:szCs w:val="32"/>
        </w:rPr>
        <w:t>⚽ מְשַׂחֲקִים כַּדּוּרֶגֶל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(1) כַּדּוּרֶגֶל הוּא מְשַׂחֵק עִם כַּדּוּר.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(2) בְּכָל קְבוּצָה יֵשׁ 11 שַׂחְקָנִים.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(3) רַק הַשּׁוֹעֵר יָכוֹל לָגַעַת בַּכַּדּוּר בַּיָּדַיִם.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(4) הַשּׁוֹפֵט שׁוֹמֵר עַל הַחֻקִּים.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(5) מִשְׂחָק נִמְשַׁךְ 90 דַּקּוֹת.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(6) בְּכַדּוּרֶגֶל עוֹבְדִים יַחַד, כְּמוֹ צֶוֶת.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1.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כַּמָּה שַׂחְקָנִים יֵשׁ בַּקְּבוּצָה?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   (1)  5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   (2)  11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   (3)  20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2.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מִי יָכוֹל לָגַעַת בַּכַּדּוּר בַּיָּדַיִם?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   (1)  הַשּׁוֹפֵט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   (2)  הַשּׁוֹעֵר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   (3)  כָּל הַשַּׂחְקָנִים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3.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נָכוֹן אוֹ לֹא נָכוֹן?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6f6e9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הַמִּשְׁפָּט</w:t>
            </w:r>
          </w:p>
        </w:tc>
        <w:tc>
          <w:tcPr>
            <w:tcW w:type="dxa" w:w="5103"/>
            <w:shd w:val="clear" w:color="auto" w:fill="e6f6e9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נָכוֹן / לֹא נָכוֹן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מִשְׂחָק נִמְשַׁךְ 90 דַּקּוֹת.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✓ / ✗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הַשּׁוֹפֵט שׁוֹמֵר עַל הַחֻקִּים.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✓ / ✗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בְּכַדּוּרֶגֶל כָּל אֶחָד מְשַׂחֵק לְבַד.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✓ / ✗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6f6e9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1F8A3B"/>
                <w:sz w:val="30"/>
                <w:u w:val="none"/>
                <w:rtl/>
                <w:bCs/>
                <w:szCs w:val="30"/>
              </w:rPr>
              <w:t>חֵלֶק ב׳ – מִלִּים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גִּזְרוּ אֶת הַכַּרְטִיסִים וְהַתְאִימוּ מִלָּה לִתְמוּנָה.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כַּדּוּר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🥅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שַׁעַר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שׁוֹעֵר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כַּרְטִיס צָהֹב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🏃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רָץ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חֻלְצָה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4.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הִשְׁלִימוּ:</w:t>
      </w:r>
    </w:p>
    <w:p>
      <w:pPr>
        <w:bidi/>
        <w:spacing w:after="80" w:before="0"/>
        <w:jc w:val="right"/>
      </w:pPr>
      <w:r>
        <w:rPr>
          <w:rFonts w:ascii="Arial" w:hAnsi="Arial" w:cs="Arial"/>
          <w:b/>
          <w:color w:val="1F8A3B"/>
          <w:sz w:val="26"/>
          <w:u w:val="none"/>
          <w:rtl/>
          <w:bCs/>
          <w:szCs w:val="26"/>
        </w:rPr>
        <w:t>🔤 מַחְסַן מִלִּים:  כַּדּוּר   |   שַׁעַר   |   יַחַד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בּוֹעֲטִים ב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none"/>
          <w:rtl/>
          <w:szCs w:val="28"/>
        </w:rPr>
        <w:t>.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הַכַּדּוּר נִכְנָס ל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none"/>
          <w:rtl/>
          <w:szCs w:val="28"/>
        </w:rPr>
        <w:t>.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הַקְּבוּצָה עוֹבֶדֶת 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none"/>
          <w:rtl/>
          <w:szCs w:val="28"/>
        </w:rPr>
        <w:t>.</w:t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6f6e9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1F8A3B"/>
                <w:sz w:val="30"/>
                <w:u w:val="none"/>
                <w:rtl/>
                <w:bCs/>
                <w:szCs w:val="30"/>
              </w:rPr>
              <w:t>חֵלֶק ג׳ – אֲנִי וְכַדּוּרֶגֶל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צַיְּרוּ וְכִתְבוּ.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5.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צִיְּרוּ אֶת עַצְמְכֶם מְשַׂחֲקִים בַּמִּשְׂחָק שֶׁאַתֶּם אוֹהֲבִים. כָּתְבוּ מִלָּה אַחַת עַל הַצִּיּוּר.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6.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מָצְאוּ אֶת הַמִּלִּים בְּתִפְזֹרֶת: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1F8A3B"/>
          <w:sz w:val="28"/>
          <w:u w:val="none"/>
          <w:rtl/>
          <w:bCs/>
          <w:szCs w:val="28"/>
        </w:rPr>
        <w:t>כדור   •   שער   •   שוער   •   שופט   •   קבוצה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276"/>
        <w:gridCol w:w="1276"/>
        <w:gridCol w:w="1276"/>
        <w:gridCol w:w="1276"/>
        <w:gridCol w:w="1276"/>
        <w:gridCol w:w="1276"/>
        <w:gridCol w:w="1276"/>
        <w:gridCol w:w="1276"/>
      </w:tblGrid>
      <w:tr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ח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ר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ט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א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ה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ר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ש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ת</w:t>
            </w:r>
          </w:p>
        </w:tc>
      </w:tr>
      <w:tr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ש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א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ס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ס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ר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ש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ו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י</w:t>
            </w:r>
          </w:p>
        </w:tc>
      </w:tr>
      <w:tr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ש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ח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י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ל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ט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ש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ע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נ</w:t>
            </w:r>
          </w:p>
        </w:tc>
      </w:tr>
      <w:tr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ג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ע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ל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כ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ע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ו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ר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ק</w:t>
            </w:r>
          </w:p>
        </w:tc>
      </w:tr>
      <w:tr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נ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פ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ר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ד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ש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פ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ו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ב</w:t>
            </w:r>
          </w:p>
        </w:tc>
      </w:tr>
      <w:tr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ק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י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ק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ו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ב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ט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י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ו</w:t>
            </w:r>
          </w:p>
        </w:tc>
      </w:tr>
      <w:tr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ג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א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פ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ר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ל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ח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ע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צ</w:t>
            </w:r>
          </w:p>
        </w:tc>
      </w:tr>
      <w:tr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ה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י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י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כ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ס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ס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ג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ה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color w:val="555555"/>
                <w:sz w:val="20"/>
                <w:u w:val="none"/>
                <w:rtl/>
                <w:szCs w:val="20"/>
              </w:rPr>
              <w:t>✂ - - - - - - - - - - - - - - - - - - - - - - - - - - - - - - -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1F8A3B"/>
                <w:sz w:val="28"/>
                <w:u w:val="none"/>
                <w:rtl/>
                <w:bCs/>
                <w:szCs w:val="28"/>
              </w:rPr>
              <w:t>כַּרְטִיס יְצִיאָה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8"/>
                <w:u w:val="none"/>
                <w:rtl/>
                <w:szCs w:val="28"/>
              </w:rPr>
              <w:t>מִלָּה חֲדָשָׁה שֶׁלָּמַדְתִּי: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8"/>
                <w:u w:val="none"/>
                <w:rtl/>
                <w:szCs w:val="28"/>
              </w:rPr>
              <w:t>😀 🙂 😐 (הִקִּיפוּ)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80" w:before="0"/>
        <w:jc w:val="right"/>
      </w:pPr>
    </w:p>
    <w:p>
      <w:pPr>
        <w:bidi/>
        <w:spacing w:after="80" w:before="0"/>
        <w:jc w:val="center"/>
      </w:pPr>
      <w:r>
        <w:rPr>
          <w:rFonts w:ascii="Arial" w:hAnsi="Arial" w:cs="Arial"/>
          <w:b w:val="0"/>
          <w:color w:val="666666"/>
          <w:sz w:val="20"/>
          <w:u w:val="none"/>
          <w:rtl/>
          <w:szCs w:val="20"/>
        </w:rPr>
        <w:t>יצרה: רוית ראש בן ישי</w:t>
      </w:r>
    </w:p>
    <w:sectPr w:rsidR="00FC693F" w:rsidRPr="0006063C" w:rsidSect="00034616">
      <w:footerReference w:type="default" r:id="rId9"/>
      <w:pgSz w:w="11906" w:h="16838"/>
      <w:pgMar w:top="794" w:right="850" w:bottom="794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rFonts w:ascii="Arial" w:hAnsi="Arial" w:cs="Arial"/>
        <w:b w:val="0"/>
        <w:color w:val="666666"/>
        <w:sz w:val="18"/>
        <w:u w:val="none"/>
        <w:rtl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